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300" w:lineRule="auto"/>
      </w:pPr>
      <w:r>
        <w:rPr>
          <w:rFonts w:ascii="Arial" w:hAnsi="Arial" w:eastAsia="Malgun Gothic"/>
          <w:b/>
          <w:color w:val="1FB6A6"/>
          <w:sz w:val="18"/>
        </w:rPr>
        <w:t>HUMAN FACTORS EVIDENCE</w:t>
      </w:r>
    </w:p>
    <w:p>
      <w:pPr>
        <w:keepNext/>
        <w:spacing w:before="0" w:after="100" w:line="300" w:lineRule="auto"/>
      </w:pPr>
      <w:r>
        <w:rPr>
          <w:rFonts w:ascii="Arial" w:hAnsi="Arial" w:eastAsia="Malgun Gothic"/>
          <w:b/>
          <w:color w:val="0B1F3B"/>
          <w:sz w:val="50"/>
        </w:rPr>
        <w:t>사용성 검증 계획서·보고서</w:t>
      </w:r>
    </w:p>
    <w:p>
      <w:pPr>
        <w:keepNext w:val="0"/>
        <w:spacing w:before="0" w:after="360" w:line="300" w:lineRule="auto"/>
      </w:pPr>
      <w:r>
        <w:rPr>
          <w:rFonts w:ascii="Arial" w:hAnsi="Arial" w:eastAsia="Malgun Gothic"/>
          <w:b w:val="0"/>
          <w:color w:val="5F6A65"/>
          <w:sz w:val="23"/>
        </w:rPr>
        <w:t>의도된 사용자와 실제 사용환경에서 중요 과업, 사용오류와 잔여위험을 평가하는 통합 양식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3330"/>
        <w:gridCol w:w="1080"/>
        <w:gridCol w:w="3600"/>
      </w:tblGrid>
      <w:tr>
        <w:trPr>
          <w:tblHeader w:val="true"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문서번호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TH-TPL-UV-001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버전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Rev. 0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프로젝트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[프로젝트명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작성일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[YYYY-MM-DD]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작성/검토/승인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[성명 및 역할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상태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Draft / Approved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F7F4"/>
          </w:tcPr>
          <w:p>
            <w:r>
              <w:rPr>
                <w:rFonts w:ascii="Arial" w:hAnsi="Arial" w:eastAsia="Malgun Gothic"/>
                <w:b w:val="0"/>
                <w:color w:val="0B1F3B"/>
                <w:sz w:val="18"/>
              </w:rPr>
              <w:t>사용 안내: 본 파일은 초기 범위설계를 위한 예시 템플릿입니다. 실제 적용 시 제품·장비·사용환경·위험·규제 요구사항에 맞게 수정하고 권한자가 검토·승인해야 합니다. 인증서 또는 적합성 보증을 의미하지 않습니다.</w:t>
            </w:r>
          </w:p>
        </w:tc>
      </w:tr>
    </w:tbl>
    <w:p/>
    <w:p>
      <w:pPr>
        <w:pStyle w:val="Heading1"/>
      </w:pPr>
      <w:r>
        <w:t>1. 검증 개요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검증 목적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검증할 사용자 인터페이스와 안전 관련 사용 시나리오를 기술합니다.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의도된 사용자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교육·경력·언어·신체적 특성과 제외 기준을 기술합니다.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사용환경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조명, 소음, 보호구, 이동성, 시간압박과 연결 시스템을 기술합니다.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2. 중요 과업과 사용 시나리오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1700"/>
        <w:gridCol w:w="1700"/>
        <w:gridCol w:w="1800"/>
        <w:gridCol w:w="1500"/>
        <w:gridCol w:w="1760"/>
      </w:tblGrid>
      <w:tr>
        <w:trPr>
          <w:tblHeader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ID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사용 시나리오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중요 과업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잠재 사용오류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위해/영향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통제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UT-01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[시나리오]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[완료해야 할 행동]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[오류/누락]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[영향]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[설계/교육/표시]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UT-02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UT-03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UT-04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p>
      <w:pPr>
        <w:pStyle w:val="Heading1"/>
      </w:pPr>
      <w:r>
        <w:t>3. 참여자 구성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200"/>
        <w:gridCol w:w="2500"/>
        <w:gridCol w:w="2200"/>
        <w:gridCol w:w="196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사용자 그룹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목표 인원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주요 자격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제외 기준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모집 결과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Group A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Group B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Group C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p>
      <w:pPr>
        <w:pStyle w:val="Heading1"/>
      </w:pPr>
      <w:r>
        <w:t>4. 시험 절차와 관찰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2800"/>
        <w:gridCol w:w="2800"/>
        <w:gridCol w:w="2460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단계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진행 내용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관찰/수집 자료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판정 기준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브리핑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목적·권리·안전 안내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동의·기본정보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참여 조건 충족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사전 교육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실제 제공 수준과 동일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교육 시간·질문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계획과 일치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시나리오 수행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도움 없이 중요 과업 수행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행동·발언·시간·오류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사전 정의 기준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사후 인터뷰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이해·부담·원인 확인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정성 피드백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원인 분류 가능</w:t>
            </w:r>
          </w:p>
        </w:tc>
      </w:tr>
    </w:tbl>
    <w:p>
      <w:pPr>
        <w:pStyle w:val="Heading1"/>
      </w:pPr>
      <w:r>
        <w:t>5. 결과 기록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1100"/>
        <w:gridCol w:w="1400"/>
        <w:gridCol w:w="2100"/>
        <w:gridCol w:w="1700"/>
        <w:gridCol w:w="1960"/>
      </w:tblGrid>
      <w:tr>
        <w:trPr>
          <w:tblHeader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참여자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과업 ID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결과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사용오류/근접오류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원인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추가 통제/재검증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성공 / 실패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p>
      <w:pPr>
        <w:pStyle w:val="Heading1"/>
      </w:pPr>
      <w:r>
        <w:t>6. 결론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합격 기준 충족 여부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중요 과업별 결과와 미충족 항목을 요약합니다.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잔여위험과 후속조치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설계변경, 표시·교육, 추가 검증 또는 수용 근거를 기록합니다.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검토 및 승인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60"/>
        <w:gridCol w:w="1740"/>
        <w:gridCol w:w="2400"/>
        <w:gridCol w:w="1980"/>
        <w:gridCol w:w="1980"/>
      </w:tblGrid>
      <w:tr>
        <w:trPr>
          <w:tblHeader w:val="true"/>
        </w:trP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역할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성명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검토 결과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서명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일자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작성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품질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사용부서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최종 승인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승인 / 조건부 / 반려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 w:eastAsia="Malgun Gothic"/>
        <w:b w:val="0"/>
        <w:color w:val="5F6A65"/>
        <w:sz w:val="17"/>
      </w:rPr>
      <w:t>TROVA HEALTH  |  TH-TPL-UV-001  |  예시 템플릿</w:t>
    </w:r>
  </w:p>
  <w:p>
    <w:pPr>
      <w:jc w:val="right"/>
    </w:pPr>
    <w:r>
      <w:rPr>
        <w:rFonts w:ascii="Arial" w:hAnsi="Arial" w:eastAsia="Malgun Gothic"/>
        <w:b w:val="0"/>
        <w:color w:val="5F6A65"/>
        <w:sz w:val="17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463040" cy="406400"/>
          <wp:docPr id="1" name="Picture 1" descr="Trova Health logo" title="Trova Health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trovahealth_logo_v2_h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4064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Malgun Gothic"/>
      <w:color w:val="1820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Malgun Gothic"/>
      <w:b/>
      <w:bCs/>
      <w:color w:val="1FB6A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Validation template</dc:subject>
  <dc:creator>Trova Health Co., Ltd.</dc:creator>
  <cp:keywords>URS, Validation, IQ, OQ, PQ, Trova Health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