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300" w:lineRule="auto"/>
      </w:pPr>
      <w:r>
        <w:rPr>
          <w:rFonts w:ascii="Arial" w:hAnsi="Arial" w:eastAsia="Malgun Gothic"/>
          <w:b/>
          <w:color w:val="1FB6A6"/>
          <w:sz w:val="18"/>
        </w:rPr>
        <w:t>PERFORMANCE QUALIFICATION</w:t>
      </w:r>
    </w:p>
    <w:p>
      <w:pPr>
        <w:keepNext/>
        <w:spacing w:before="0" w:after="100" w:line="300" w:lineRule="auto"/>
      </w:pPr>
      <w:r>
        <w:rPr>
          <w:rFonts w:ascii="Arial" w:hAnsi="Arial" w:eastAsia="Malgun Gothic"/>
          <w:b/>
          <w:color w:val="0B1F3B"/>
          <w:sz w:val="50"/>
        </w:rPr>
        <w:t>성능 적격성 평가서 (PQ)</w:t>
      </w:r>
    </w:p>
    <w:p>
      <w:pPr>
        <w:keepNext w:val="0"/>
        <w:spacing w:before="0" w:after="360" w:line="300" w:lineRule="auto"/>
      </w:pPr>
      <w:r>
        <w:rPr>
          <w:rFonts w:ascii="Arial" w:hAnsi="Arial" w:eastAsia="Malgun Gothic"/>
          <w:b w:val="0"/>
          <w:color w:val="5F6A65"/>
          <w:sz w:val="23"/>
        </w:rPr>
        <w:t>실제 작업자·자재·운영조건에서 장비와 공정의 반복 성능을 확인하는 기본 양식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3330"/>
        <w:gridCol w:w="1080"/>
        <w:gridCol w:w="3600"/>
      </w:tblGrid>
      <w:tr>
        <w:trPr>
          <w:tblHeader w:val="true"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문서번호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TH-TPL-PQ-001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버전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Rev. 0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프로젝트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[프로젝트명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작성일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[YYYY-MM-DD]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작성/검토/승인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[성명 및 역할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상태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Draft / Approved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F7F4"/>
          </w:tcPr>
          <w:p>
            <w:r>
              <w:rPr>
                <w:rFonts w:ascii="Arial" w:hAnsi="Arial" w:eastAsia="Malgun Gothic"/>
                <w:b w:val="0"/>
                <w:color w:val="0B1F3B"/>
                <w:sz w:val="18"/>
              </w:rPr>
              <w:t>사용 안내: 본 파일은 초기 범위설계를 위한 예시 템플릿입니다. 실제 적용 시 제품·장비·사용환경·위험·규제 요구사항에 맞게 수정하고 권한자가 검토·승인해야 합니다. 인증서 또는 적합성 보증을 의미하지 않습니다.</w:t>
            </w:r>
          </w:p>
        </w:tc>
      </w:tr>
    </w:tbl>
    <w:p/>
    <w:p>
      <w:pPr>
        <w:pStyle w:val="Heading1"/>
      </w:pPr>
      <w:r>
        <w:t>1. 성능 검증 전략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일상 사용조건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작업자, 제품/시료, 로트, 교대, 환경과 운전범위를 정의합니다.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표본과 반복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운영 변동을 대표하는 로트·운전 횟수와 선정 근거를 기록합니다.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성능지표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수율, 정확도, 정밀도, 불량률, 처리량 등과 합격 기준을 정의합니다.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2. PQ 실행계획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1500"/>
        <w:gridCol w:w="1700"/>
        <w:gridCol w:w="1700"/>
        <w:gridCol w:w="1700"/>
        <w:gridCol w:w="1660"/>
      </w:tblGrid>
      <w:tr>
        <w:trPr>
          <w:tblHeader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Run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작업자/교대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자재·시료 로트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설정/조건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측정 항목</w:t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합격 기준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PQ-Run-01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PQ-Run-02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PQ-Run-03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PQ-Run-04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PQ-Run-05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p>
      <w:pPr>
        <w:pStyle w:val="Heading1"/>
      </w:pPr>
      <w:r>
        <w:t>3. 실행 결과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100"/>
        <w:gridCol w:w="1100"/>
        <w:gridCol w:w="1100"/>
        <w:gridCol w:w="3600"/>
        <w:gridCol w:w="126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Run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수량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적합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부적합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핵심 결과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상태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PQ-Run-01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PQ-Run-02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PQ-Run-03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PQ-Run-04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PQ-Run-05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</w:tbl>
    <w:p>
      <w:pPr>
        <w:pStyle w:val="Heading1"/>
      </w:pPr>
      <w:r>
        <w:t>4. 일탈·추세·재적격성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260"/>
        <w:gridCol w:w="3300"/>
      </w:tblGrid>
      <w:tr>
        <w:trPr>
          <w:tblHeader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구분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평가 내용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결론/조치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일탈과 CAPA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발생 편차, 원인과 제품/공정 영향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운전 간 변동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작업자·로트·시간·환경별 추세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재적격성 기준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주기, 변경, 이전, 주요 수리, 성능저하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지속 모니터링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관리할 지표, 경보 기준, 검토 주기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</w:tbl>
    <w:p>
      <w:pPr>
        <w:pStyle w:val="Heading1"/>
      </w:pPr>
      <w:r>
        <w:t>5. PQ 결론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판정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일상 운영 승인 / 조건부 승인 / 미승인과 적용 범위를 기록합니다.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검토 및 승인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60"/>
        <w:gridCol w:w="1740"/>
        <w:gridCol w:w="2400"/>
        <w:gridCol w:w="1980"/>
        <w:gridCol w:w="1980"/>
      </w:tblGrid>
      <w:tr>
        <w:trPr>
          <w:tblHeader w:val="true"/>
        </w:trP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역할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성명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검토 결과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서명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일자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작성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품질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사용부서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최종 승인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승인 / 조건부 / 반려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 w:eastAsia="Malgun Gothic"/>
        <w:b w:val="0"/>
        <w:color w:val="5F6A65"/>
        <w:sz w:val="17"/>
      </w:rPr>
      <w:t>TROVA HEALTH  |  TH-TPL-PQ-001  |  예시 템플릿</w:t>
    </w:r>
  </w:p>
  <w:p>
    <w:pPr>
      <w:jc w:val="right"/>
    </w:pPr>
    <w:r>
      <w:rPr>
        <w:rFonts w:ascii="Arial" w:hAnsi="Arial" w:eastAsia="Malgun Gothic"/>
        <w:b w:val="0"/>
        <w:color w:val="5F6A65"/>
        <w:sz w:val="17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463040" cy="406400"/>
          <wp:docPr id="1" name="Picture 1" descr="Trova Health logo" title="Trova Health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trovahealth_logo_v2_h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4064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Malgun Gothic"/>
      <w:color w:val="1820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Malgun Gothic"/>
      <w:b/>
      <w:bCs/>
      <w:color w:val="1FB6A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Validation template</dc:subject>
  <dc:creator>Trova Health Co., Ltd.</dc:creator>
  <cp:keywords>URS, Validation, IQ, OQ, PQ, Trova Health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